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🎬 היסטוריה בסרטונים – 31 מערכי שיעור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הצהרת בלפור – מכתב אחד, חמש שאלות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הרקע ההיסטורי להצהרת בלפור ואת תוכנה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ניסוחים עמומים ומסויגים בטקסט ההצהרה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להבחין בין הצהרת כוונות להתחייבות משפטית מחייבת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ללורד רוטשילד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1917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המונח שבה הוא 'בית לאומי', לא מדינה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היא לא הייתה מסמך רשמי בין מדינות אלא פנייה לאדם פרטי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חלק מיהודי בריטניה חששו מהגדרתם כבעלי זהות לאומית נפרדת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רוטשילד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בלפור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(מכתב משר החוץ הבריטי ללורד רוטשילד)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(מנהיג ציוני שהוביל את המאמץ הדיפלומטי בבריטניה)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(ועידה שהעניקה לבריטניה את המנדט על ארץ ישראל)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(מסמך שאישר חבר הלאומים וכלל בתוכו את ההצהרה)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כרונולוגי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חיים ויצמן פועל דיפלומטית בבריטניה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בלפור חותם על המכתב ללורד רוטשילד (1917)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ועידת סן רמו כוללת את ההצהרה במנדט (1920)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חבר הלאומים מאשר את כתב המנדט (1922)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והבעה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אינטרס אסטרטגי (שליטה באזור תעלת סואץ) ורצון לגייס תמיכה יהודית במלחמה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תלמיד/ה מזהה שמדובר באהדה ולא בהתחייבות מלאה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תלמיד/ה מזכיר/ה את סן רמו (1920) וכתב המנדט (1922)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שלוש מילים שמשקפות הבנה של עמימות/הישג/מחלוקת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להשוות את נוסח ההצהרה בדף לנוסח המופיע בספר הלימוד הרשמי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בפעילות קריאה צמודה כדאי לחלק תפקידי 'בלש מילה' כדי לשמור על מעורבות כל התלמידים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לפני המעבר למשימת הבגרות כדאי לוודא שהתלמידים הבינו את ההבדל בין 'אהדה' ל'התחייבות'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🎬 היסטוריה בסרטונים – 31 מערכי שיעור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הצהרת בלפור – מכתב אחד, חמש שאלות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בנובמבר 1917 חתם שר החוץ הבריטי ארתור בלפור על מכתב קצר שהשפיע על תולדות ארץ ישראל. בדף זה תבדקו מה המכתב באמת הבטיח, למי נשלח, ומתי הפך למסמך מחייב.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בלפור  ·  רוטשילד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למי נשלח מכתב בלפור?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לחיים ויצמן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להרצל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ללורד רוטשילד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באיזו שנה נחתמה הצהרת בלפור?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1917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1920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1922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הצהרת בלפור הבטיחה ליהודים הקמת מדינה.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ההצהרה נשלחה כמכתב פרטי ללורד רוטשילד.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גם בקרב יהודי בריטניה היו מתנגדים להצהרה.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מכתב בלפור נשלח ללורד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שר החוץ הבריטי שחתם על ההצהרה היה 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הצהרת בלפור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מסמך שאישר חבר הלאומים וכלל בתוכו את ההצהרה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חיים ויצמן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מכתב משר החוץ הבריטי ללורד רוטשילד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ועידת סן רמו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מנהיג ציוני שהוביל את המאמץ הדיפלומטי בבריטניה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כתב המנדט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ועידה שהעניקה לבריטניה את המנדט על ארץ ישראל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 כרונולוגי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בלפור חותם על המכתב ללורד רוטשילד (1917)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ועידת סן רמו כוללת את ההצהרה במנדט (1920)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חבר הלאומים מאשר את כתב המנדט (1922)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חיים ויצמן פועל דיפלומטית בבריטניה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והבעה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הסבירו שני שיקולים שהביאו את בריטניה לפרסם את הצהרת בלפור.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פירוש הביטוי 'רואה בעין יפה' – הבטחה מלאה או אהדה בלבד?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הפך את הצהרת בלפור למסמך מחייב בינלאומית?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הצהרת בלפור – מכתב אחד, חמש שאלות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